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ZAKUPU STANA</w:t>
      </w:r>
    </w:p>
    <w:p/>
    <w:p>
      <w:r>
        <w:t>Zaključen dana __________ godine u [mesto], između:</w:t>
      </w:r>
    </w:p>
    <w:p/>
    <w:p>
      <w:r>
        <w:t>1. [ime i prezime], iz [mesto], ul. [adresa], JMBG [__________], broj lične karte [__________] (u daljem tekstu: Zakupodavac), i</w:t>
      </w:r>
    </w:p>
    <w:p/>
    <w:p>
      <w:r>
        <w:t>2. [ime i prezime], iz [mesto], ul. [adresa], JMBG [__________], broj lične karte / pasoša [__________] (u daljem tekstu: Zakupac).</w:t>
      </w:r>
    </w:p>
    <w:p/>
    <w:p>
      <w:r>
        <w:t>Član 1. Predmet ugovora</w:t>
      </w:r>
    </w:p>
    <w:p>
      <w:r>
        <w:t>Zakupodavac daje, a Zakupac uzima u zakup stan u [mesto], ul. [adresa], sprat [__], broj stana [__], površine [__] m2, struktura [__________], upisan u list nepokretnosti broj [__________] KO [__________] (u daljem tekstu: Stan).</w:t>
      </w:r>
    </w:p>
    <w:p>
      <w:r>
        <w:t>Zakupodavac izjavljuje da je vlasnik Stana i da na Stanu ne postoje prava trećih lica koja bi sprečavala korišćenje Stana po ovom ugovoru.</w:t>
      </w:r>
    </w:p>
    <w:p>
      <w:r>
        <w:t>Stan se izdaje [namešten / polunamešten / prazan], sa opremom navedenom u zapisniku o primopredaji, koji je sastavni deo ovog ugovora.</w:t>
      </w:r>
    </w:p>
    <w:p/>
    <w:p>
      <w:r>
        <w:t>Član 2. Trajanje zakupa</w:t>
      </w:r>
    </w:p>
    <w:p>
      <w:r>
        <w:t>Ugovor se zaključuje na [određeno vreme od __________ do __________ godine / neodređeno vreme], počev od __________ godine.</w:t>
      </w:r>
    </w:p>
    <w:p/>
    <w:p>
      <w:r>
        <w:t>Član 3. Zakupnina</w:t>
      </w:r>
    </w:p>
    <w:p>
      <w:r>
        <w:t>Mesečna zakupnina iznosi [__________] dinara (slovima: __________), odnosno dinarska protivvrednost [__________] evra po srednjem kursu NBS na dan plaćanja.</w:t>
      </w:r>
    </w:p>
    <w:p>
      <w:r>
        <w:t>Zakupac plaća zakupninu unapred, najkasnije do [__]. dana u mesecu za tekući mesec, uplatom na račun Zakupodavca broj [__________] ili na drugi način o kome se strane pisano dogovore.</w:t>
      </w:r>
    </w:p>
    <w:p>
      <w:r>
        <w:t>Za zakašnjenje u plaćanju Zakupac duguje zakonsku zateznu kamatu.</w:t>
      </w:r>
    </w:p>
    <w:p/>
    <w:p>
      <w:r>
        <w:t>Član 4. Depozit</w:t>
      </w:r>
    </w:p>
    <w:p>
      <w:r>
        <w:t>Zakupac pri potpisivanju ugovora predaje Zakupodavcu depozit u iznosu od [__________] dinara/evra, kao obezbeđenje za neplaćene troškove i eventualnu štetu na Stanu i opremi.</w:t>
      </w:r>
    </w:p>
    <w:p>
      <w:r>
        <w:t>Zakupodavac vraća depozit u roku od [__] dana od predaje Stana, umanjen za dokumentovane neplaćene račune i štetu koja prelazi redovnu upotrebu. Depozit se ne može koristiti kao zakupnina za poslednji mesec, osim ako se strane pisano drugačije dogovore.</w:t>
      </w:r>
    </w:p>
    <w:p/>
    <w:p>
      <w:r>
        <w:t>Član 5. Troškovi korišćenja</w:t>
      </w:r>
    </w:p>
    <w:p>
      <w:r>
        <w:t>Pored zakupnine, Zakupac snosi troškove [struje, grejanja, vode, komunalnih usluga, interneta, kablovske televizije, održavanja zgrade] za vreme trajanja zakupa i dostavlja Zakupodavcu dokaze o plaćanju na zahtev.</w:t>
      </w:r>
    </w:p>
    <w:p>
      <w:r>
        <w:t>Porez na imovinu i troškove investicionog održavanja snosi Zakupodavac.</w:t>
      </w:r>
    </w:p>
    <w:p/>
    <w:p>
      <w:r>
        <w:t>Član 6. Obaveze Zakupca</w:t>
      </w:r>
    </w:p>
    <w:p>
      <w:r>
        <w:t>Zakupac je dužan da:</w:t>
      </w:r>
    </w:p>
    <w:p>
      <w:r>
        <w:t>- koristi Stan pažnjom dobrog domaćina i isključivo za stanovanje;</w:t>
      </w:r>
    </w:p>
    <w:p>
      <w:r>
        <w:t>- ne izdaje Stan ili njegov deo u podzakup bez pisane saglasnosti Zakupodavca;</w:t>
      </w:r>
    </w:p>
    <w:p>
      <w:r>
        <w:t>- ne vrši prepravke u Stanu bez pisane saglasnosti Zakupodavca;</w:t>
      </w:r>
    </w:p>
    <w:p>
      <w:r>
        <w:t>- poštuje kućni red zgrade;</w:t>
      </w:r>
    </w:p>
    <w:p>
      <w:r>
        <w:t>- bez odlaganja obavesti Zakupodavca o kvarovima i štetama;</w:t>
      </w:r>
    </w:p>
    <w:p>
      <w:r>
        <w:t>- omogući Zakupodavcu pregled Stana uz prethodnu najavu od najmanje [__] sata/dana.</w:t>
      </w:r>
    </w:p>
    <w:p>
      <w:r>
        <w:t>U Stanu mogu stanovati Zakupac i sledeća lica: [__________]. [Kućni ljubimci su dozvoljeni / nisu dozvoljeni.]</w:t>
      </w:r>
    </w:p>
    <w:p/>
    <w:p>
      <w:r>
        <w:t>Član 7. Obaveze Zakupodavca</w:t>
      </w:r>
    </w:p>
    <w:p>
      <w:r>
        <w:t>Zakupodavac je dužan da preda Stan u stanju podobnom za ugovorenu upotrebu, da ga u tom stanju održava i da o svom trošku otklanja kvarove koji nisu nastali krivicom Zakupca.</w:t>
      </w:r>
    </w:p>
    <w:p/>
    <w:p>
      <w:r>
        <w:t>Član 8. Otkaz i raskid ugovora</w:t>
      </w:r>
    </w:p>
    <w:p>
      <w:r>
        <w:t>Svaka strana može otkazati ugovor pisanim otkazom uz otkazni rok od [__] dana.</w:t>
      </w:r>
    </w:p>
    <w:p>
      <w:r>
        <w:t>Zakupodavac može raskinuti ugovor bez otkaznog roka ako Zakupac ne plati zakupninu ni u roku od [__] dana od pisane opomene, ako Stan koristi suprotno ugovoru ili ga izda u podzakup bez saglasnosti.</w:t>
      </w:r>
    </w:p>
    <w:p/>
    <w:p>
      <w:r>
        <w:t>Član 9. Predaja Stana</w:t>
      </w:r>
    </w:p>
    <w:p>
      <w:r>
        <w:t>Po prestanku ugovora Zakupac je dužan da Stan iseli i preda Zakupodavcu sa svim ključevima, u stanju u kome ga je primio, uzimajući u obzir redovnu upotrebu. O predaji se sačinjava zapisnik.</w:t>
      </w:r>
    </w:p>
    <w:p/>
    <w:p>
      <w:r>
        <w:t>Član 10. Rešavanje sporova</w:t>
      </w:r>
    </w:p>
    <w:p>
      <w:r>
        <w:t>Strane će sporove rešavati sporazumno. Ako to ne uspe, nadležan je stvarno nadležni sud prema mestu gde se Stan nalazi.</w:t>
      </w:r>
    </w:p>
    <w:p/>
    <w:p>
      <w:r>
        <w:t>Član 11. Završne odredbe</w:t>
      </w:r>
    </w:p>
    <w:p>
      <w:r>
        <w:t>Na odnose koji nisu uređeni ovim ugovorom primenjuju se odredbe Zakona o obligacionim odnosima.</w:t>
      </w:r>
    </w:p>
    <w:p>
      <w:r>
        <w:t>Izmene i dopune ugovora važe samo ako su u pisanom obliku.</w:t>
      </w:r>
    </w:p>
    <w:p>
      <w:r>
        <w:t>Ugovor je sačinjen u [2 (dva)] istovetna primerka, od kojih svaka strana zadržava po jedan.</w:t>
      </w:r>
    </w:p>
    <w:p/>
    <w:p>
      <w:r>
        <w:t>ZAKUPODAVAC                              ZAKUPAC</w:t>
      </w:r>
    </w:p>
    <w:p>
      <w:r>
        <w:t>__________________                       __________________</w:t>
      </w:r>
    </w:p>
    <w:p>
      <w:r>
        <w:t>[ime i prezime]                          [ime i prezime]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