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UGOVOR O USTUPANJU POTRAŽIVANJA (CESIJA)</w:t>
      </w:r>
    </w:p>
    <w:p/>
    <w:p>
      <w:r>
        <w:t>Zaključen dana __________ godine u [mesto], između:</w:t>
      </w:r>
    </w:p>
    <w:p/>
    <w:p>
      <w:r>
        <w:t>1. [naziv / ime i prezime], sa sedištem / prebivalištem u [mesto], ul. [adresa], matični broj / JMBG [__________], PIB [__________], koje zastupa [ime i prezime, funkcija] (u daljem tekstu: Ustupilac), i</w:t>
      </w:r>
    </w:p>
    <w:p/>
    <w:p>
      <w:r>
        <w:t>2. [naziv / ime i prezime], sa sedištem / prebivalištem u [mesto], ul. [adresa], matični broj / JMBG [__________], PIB [__________], koje zastupa [ime i prezime, funkcija] (u daljem tekstu: Prijemnik).</w:t>
      </w:r>
    </w:p>
    <w:p/>
    <w:p>
      <w:r>
        <w:t>Član 1. Predmet ugovora</w:t>
      </w:r>
    </w:p>
    <w:p>
      <w:r>
        <w:t>Ustupilac ustupa Prijemniku svoje potraživanje prema [naziv / ime i prezime dužnika], iz [mesto], ul. [adresa], matični broj / JMBG [__________], PIB [__________] (u daljem tekstu: Dužnik), u ukupnom iznosu od [__________] dinara, sa stanjem na dan __________ godine, nastalo po osnovu [ugovora broj __________ od __________ / računa broj __________ od __________ / presude, odnosno rešenja broj __________] (u daljem tekstu: Potraživanje).</w:t>
      </w:r>
    </w:p>
    <w:p>
      <w:r>
        <w:t>Sa Potraživanjem na Prijemnika prelaze i sporedna prava, uključujući pravo na kamatu i sredstva obezbeđenja: [__________].</w:t>
      </w:r>
    </w:p>
    <w:p/>
    <w:p>
      <w:r>
        <w:t>Član 2. Naknada</w:t>
      </w:r>
    </w:p>
    <w:p>
      <w:r>
        <w:t>Prijemnik se obavezuje da Ustupiocu za ustupljeno Potraživanje plati naknadu u iznosu od [__________] dinara, u roku od [__] dana od zaključenja ovog ugovora, na račun Ustupioca broj [__________].</w:t>
      </w:r>
    </w:p>
    <w:p>
      <w:r>
        <w:t>[ili: Ustupanjem Potraživanja gasi se dug Ustupioca prema Prijemniku po osnovu __________ u iznosu od __________ dinara.]</w:t>
      </w:r>
    </w:p>
    <w:p/>
    <w:p>
      <w:r>
        <w:t>Član 3. Odgovornost Ustupioca</w:t>
      </w:r>
    </w:p>
    <w:p>
      <w:r>
        <w:t>Ustupilac odgovara za postojanje Potraživanja u trenutku ustupanja.</w:t>
      </w:r>
    </w:p>
    <w:p>
      <w:r>
        <w:t>Ustupilac [ne odgovara / odgovara] za naplativost Potraživanja. [Ako je ugovorena odgovornost za naplativost, ona je ograničena na iznos primljene naknade, sa kamatom i troškovima.]</w:t>
      </w:r>
    </w:p>
    <w:p>
      <w:r>
        <w:t>Ustupilac izjavljuje da Potraživanje nije ranije ustupljeno, založeno niti prebijeno, i da Dužnik prema njegovom saznanju nema prigovore prema Potraživanju, osim: [__________].</w:t>
      </w:r>
    </w:p>
    <w:p/>
    <w:p>
      <w:r>
        <w:t>Član 4. Isprave</w:t>
      </w:r>
    </w:p>
    <w:p>
      <w:r>
        <w:t>Ustupilac predaje Prijemniku, danom zaključenja ovog ugovora, sve isprave kojima se dokazuje Potraživanje: [__________].</w:t>
      </w:r>
    </w:p>
    <w:p/>
    <w:p>
      <w:r>
        <w:t>Član 5. Obaveštenje Dužnika</w:t>
      </w:r>
    </w:p>
    <w:p>
      <w:r>
        <w:t>Ustupilac će u roku od [__] dana od zaključenja ovog ugovora pisano obavestiti Dužnika o ustupanju i pozvati ga da ubuduće plaća Prijemniku. Obaveštenje može dostaviti i Prijemnik.</w:t>
      </w:r>
    </w:p>
    <w:p>
      <w:r>
        <w:t>Ako Dužnik nakon zaključenja ovog ugovora plati Ustupiocu, Ustupilac je dužan da primljeni iznos bez odlaganja preda Prijemniku.</w:t>
      </w:r>
    </w:p>
    <w:p/>
    <w:p>
      <w:r>
        <w:t>Član 6. Postupci u toku</w:t>
      </w:r>
    </w:p>
    <w:p>
      <w:r>
        <w:t>[Ako se za naplatu Potraživanja vodi postupak pred sudom ili javnim izvršiteljem u predmetu broj __________, Ustupilac se obavezuje da Prijemniku pruži sve potrebne isprave i izjave radi stupanja Prijemnika u postupak.]</w:t>
      </w:r>
    </w:p>
    <w:p/>
    <w:p>
      <w:r>
        <w:t>Član 7. Rešavanje sporova</w:t>
      </w:r>
    </w:p>
    <w:p>
      <w:r>
        <w:t>Sporove strane rešavaju sporazumno, a ako to ne uspe, nadležan je [Privredni sud u Beogradu / stvarno nadležni sud u Beogradu].</w:t>
      </w:r>
    </w:p>
    <w:p/>
    <w:p>
      <w:r>
        <w:t>Član 8. Završne odredbe</w:t>
      </w:r>
    </w:p>
    <w:p>
      <w:r>
        <w:t>Na sve što nije uređeno ovim ugovorom primenjuju se odredbe Zakona o obligacionim odnosima o ustupanju potraživanja.</w:t>
      </w:r>
    </w:p>
    <w:p>
      <w:r>
        <w:t>Ugovor je sačinjen u [4 (četiri)] istovetna primerka, po [2 (dva)] za svaku stranu.</w:t>
      </w:r>
    </w:p>
    <w:p/>
    <w:p>
      <w:r>
        <w:t>USTUPILAC                                PRIJEMNIK</w:t>
      </w:r>
    </w:p>
    <w:p>
      <w:r>
        <w:t>__________________                       __________________</w:t>
      </w:r>
    </w:p>
    <w:p>
      <w:r>
        <w:t>[ime i prezime / naziv]                  [ime i prezime / naziv]</w:t>
      </w:r>
    </w:p>
    <w:p/>
    <w:p>
      <w:r>
        <w:t>[Prostor za overu potpisa kod javnog beležnika]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