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UGOVOR O PRUŽANJU USLUGA</w:t>
      </w:r>
    </w:p>
    <w:p/>
    <w:p>
      <w:r>
        <w:t>Zaključen dana __________ godine u [mesto], između:</w:t>
      </w:r>
    </w:p>
    <w:p/>
    <w:p>
      <w:r>
        <w:t>1. [naziv], sa sedištem u [mesto], ul. [adresa], matični broj [__________], PIB [__________], koje zastupa [ime i prezime, funkcija] (u daljem tekstu: Naručilac), i</w:t>
      </w:r>
    </w:p>
    <w:p/>
    <w:p>
      <w:r>
        <w:t>2. [naziv / preduzetnik], sa sedištem u [mesto], ul. [adresa], matični broj [__________], PIB [__________], koje zastupa [ime i prezime, funkcija] (u daljem tekstu: Pružalac usluga).</w:t>
      </w:r>
    </w:p>
    <w:p/>
    <w:p>
      <w:r>
        <w:t>Član 1. Predmet ugovora</w:t>
      </w:r>
    </w:p>
    <w:p>
      <w:r>
        <w:t>Pružalac usluga se obavezuje da za Naručioca pruža sledeće usluge: [detaljan opis usluga] (u daljem tekstu: Usluge), u skladu sa specifikacijom koja je Prilog 1 i sastavni deo ovog ugovora.</w:t>
      </w:r>
    </w:p>
    <w:p/>
    <w:p>
      <w:r>
        <w:t>Član 2. Rokovi</w:t>
      </w:r>
    </w:p>
    <w:p>
      <w:r>
        <w:t>Pružalac usluga će Usluge pružati [u periodu od __________ do __________ godine / kontinuirano od __________ godine / u rokovima iz Priloga 1].</w:t>
      </w:r>
    </w:p>
    <w:p/>
    <w:p>
      <w:r>
        <w:t>Član 3. Naknada i plaćanje</w:t>
      </w:r>
    </w:p>
    <w:p>
      <w:r>
        <w:t>Za pružene Usluge Naručilac plaća naknadu u iznosu od [__________] dinara [mesečno / po satu / ukupno], [uvećano za PDV / Pružalac usluga nije u sistemu PDV].</w:t>
      </w:r>
    </w:p>
    <w:p>
      <w:r>
        <w:t>Pružalac usluga ispostavlja račun [do __. dana u mesecu za prethodni mesec / po završetku Usluga], a Naručilac ga plaća u roku od [__] dana od prijema, na račun broj [__________].</w:t>
      </w:r>
    </w:p>
    <w:p>
      <w:r>
        <w:t>Za zakašnjenje u plaćanju Naručilac duguje zakonsku zateznu kamatu.</w:t>
      </w:r>
    </w:p>
    <w:p/>
    <w:p>
      <w:r>
        <w:t>Član 4. Obaveze Pružaoca usluga</w:t>
      </w:r>
    </w:p>
    <w:p>
      <w:r>
        <w:t>Pružalac usluga je dužan da:</w:t>
      </w:r>
    </w:p>
    <w:p>
      <w:r>
        <w:t>- Usluge pruža stručno, savesno i u skladu sa pravilima struke;</w:t>
      </w:r>
    </w:p>
    <w:p>
      <w:r>
        <w:t>- poštuje rokove i uputstva Naručioca, ako nisu suprotna pravilima struke;</w:t>
      </w:r>
    </w:p>
    <w:p>
      <w:r>
        <w:t>- Naručioca bez odlaganja obavesti o okolnostima koje mogu uticati na kvalitet ili rok;</w:t>
      </w:r>
    </w:p>
    <w:p>
      <w:r>
        <w:t>- [mesečno dostavlja izveštaj o pruženim Uslugama].</w:t>
      </w:r>
    </w:p>
    <w:p/>
    <w:p>
      <w:r>
        <w:t>Član 5. Obaveze Naručioca</w:t>
      </w:r>
    </w:p>
    <w:p>
      <w:r>
        <w:t>Naručilac je dužan da Pružaocu usluga blagovremeno dostavi podatke, dokumentaciju i pristupe potrebne za pružanje Usluga i da uredno plaća naknadu.</w:t>
      </w:r>
    </w:p>
    <w:p/>
    <w:p>
      <w:r>
        <w:t>Član 6. Prijem Usluga i prigovori</w:t>
      </w:r>
    </w:p>
    <w:p>
      <w:r>
        <w:t>Prijem Usluga potvrđuje se [zapisnikom / odobrenjem izveštaja / e-mailom]. Naručilac može staviti prigovor na kvalitet u roku od [__] dana od pružanja Usluge, a Pružalac usluga je dužan da nedostatak otkloni u roku od [__] dana.</w:t>
      </w:r>
    </w:p>
    <w:p/>
    <w:p>
      <w:r>
        <w:t>Član 7. Odgovornost</w:t>
      </w:r>
    </w:p>
    <w:p>
      <w:r>
        <w:t>Pružalac usluga odgovara za štetu koju prouzrokuje Naručiocu neizvršenjem ili neurednim izvršenjem ugovora. [Odgovornost je ograničena na iznos naknade plaćene u poslednjih __ meseci, osim za štetu prouzrokovanu namerno ili krajnjom nepažnjom.]</w:t>
      </w:r>
    </w:p>
    <w:p/>
    <w:p>
      <w:r>
        <w:t>Član 8. Poverljivost</w:t>
      </w:r>
    </w:p>
    <w:p>
      <w:r>
        <w:t>Strane su dužne da čuvaju kao poverljive sve poslovne informacije koje saznaju u vezi sa ovim ugovorom, za vreme trajanja ugovora i [__] godina nakon prestanka.</w:t>
      </w:r>
    </w:p>
    <w:p/>
    <w:p>
      <w:r>
        <w:t>Član 9. Prava na rezultate rada [po potrebi]</w:t>
      </w:r>
    </w:p>
    <w:p>
      <w:r>
        <w:t>Imovinska prava na rezultatima rada nastalim pri pružanju Usluga prelaze na Naručioca danom plaćanja naknade, [u obimu __________].</w:t>
      </w:r>
    </w:p>
    <w:p/>
    <w:p>
      <w:r>
        <w:t>Član 10. Trajanje i prestanak</w:t>
      </w:r>
    </w:p>
    <w:p>
      <w:r>
        <w:t>Ugovor se zaključuje na [određeno vreme do __________ / neodređeno vreme].</w:t>
      </w:r>
    </w:p>
    <w:p>
      <w:r>
        <w:t>Svaka strana može otkazati ugovor pisanim otkazom uz otkazni rok od [__] dana.</w:t>
      </w:r>
    </w:p>
    <w:p>
      <w:r>
        <w:t>Svaka strana može raskinuti ugovor bez otkaznog roka ako druga strana ne ispuni bitnu obavezu ni u roku od [__] dana od pisane opomene.</w:t>
      </w:r>
    </w:p>
    <w:p/>
    <w:p>
      <w:r>
        <w:t>Član 11. Rešavanje sporova</w:t>
      </w:r>
    </w:p>
    <w:p>
      <w:r>
        <w:t>Sporove strane rešavaju sporazumno, a ako to ne uspe, nadležan je Privredni sud u Beogradu.</w:t>
      </w:r>
    </w:p>
    <w:p/>
    <w:p>
      <w:r>
        <w:t>Član 12. Završne odredbe</w:t>
      </w:r>
    </w:p>
    <w:p>
      <w:r>
        <w:t>Na sve što nije uređeno ovim ugovorom primenjuju se odredbe Zakona o obligacionim odnosima.</w:t>
      </w:r>
    </w:p>
    <w:p>
      <w:r>
        <w:t>Izmene i dopune važe samo u pisanom obliku.</w:t>
      </w:r>
    </w:p>
    <w:p>
      <w:r>
        <w:t>Ugovor je sačinjen u [4 (četiri)] istovetna primerka, po [2 (dva)] za svaku stranu.</w:t>
      </w:r>
    </w:p>
    <w:p/>
    <w:p>
      <w:r>
        <w:t>ZA NARUČIOCA                             ZA PRUŽAOCA USLUGA</w:t>
      </w:r>
    </w:p>
    <w:p>
      <w:r>
        <w:t>__________________                       __________________</w:t>
      </w:r>
    </w:p>
    <w:p>
      <w:r>
        <w:t>[ime i prezime, funkcija]                [ime i prezime, funkcija]</w:t>
      </w:r>
    </w:p>
    <w:p/>
    <w:p/>
    <w:p>
      <w:r>
        <w:rPr>
          <w:sz w:val="16"/>
        </w:rPr>
        <w:t>Obrazac preuzet sa bogiceviclaw.com. Informativnog je karaktera i ne zamenjuje savet advokata.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