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ZAJMU</w:t>
      </w:r>
    </w:p>
    <w:p/>
    <w:p>
      <w:r>
        <w:t>Zaključen dana __________ godine u [mesto], između:</w:t>
      </w:r>
    </w:p>
    <w:p/>
    <w:p>
      <w:r>
        <w:t>1. [ime i prezime], iz [mesto], ul. [adresa], JMBG [__________], broj lične karte [__________] (u daljem tekstu: Zajmodavac), i</w:t>
      </w:r>
    </w:p>
    <w:p/>
    <w:p>
      <w:r>
        <w:t>2. [ime i prezime], iz [mesto], ul. [adresa], JMBG [__________], broj lične karte [__________] (u daljem tekstu: Zajmoprimac).</w:t>
      </w:r>
    </w:p>
    <w:p/>
    <w:p>
      <w:r>
        <w:t>Član 1. Predmet ugovora</w:t>
      </w:r>
    </w:p>
    <w:p>
      <w:r>
        <w:t>Zajmodavac daje Zajmoprimcu na zajam iznos od [__________] dinara (slovima: __________) [odnosno __________ evra u dinarskoj protivvrednosti po srednjem kursu NBS na dan isplate].</w:t>
      </w:r>
    </w:p>
    <w:p/>
    <w:p>
      <w:r>
        <w:t>Član 2. Isplata zajma</w:t>
      </w:r>
    </w:p>
    <w:p>
      <w:r>
        <w:t>Zajmodavac isplaćuje iznos zajma [uplatom na račun Zajmoprimca broj __________ u roku od __ dana od potpisivanja / u gotovini, danom potpisivanja ovog ugovora].</w:t>
      </w:r>
    </w:p>
    <w:p>
      <w:r>
        <w:t>[Potpisom ovog ugovora Zajmoprimac potvrđuje da je iznos zajma primio u celosti.]</w:t>
      </w:r>
    </w:p>
    <w:p/>
    <w:p>
      <w:r>
        <w:t>Član 3. Namena [po potrebi]</w:t>
      </w:r>
    </w:p>
    <w:p>
      <w:r>
        <w:t>Zajam se daje za [__________].</w:t>
      </w:r>
    </w:p>
    <w:p/>
    <w:p>
      <w:r>
        <w:t>Član 4. Kamata</w:t>
      </w:r>
    </w:p>
    <w:p>
      <w:r>
        <w:t>[Zajam je beskamatni. / Zajmoprimac plaća ugovornu kamatu po stopi od __% godišnje, obračunatu na neotplaćeni iznos, koja se plaća zajedno sa ratama.]</w:t>
      </w:r>
    </w:p>
    <w:p/>
    <w:p>
      <w:r>
        <w:t>Član 5. Vraćanje zajma</w:t>
      </w:r>
    </w:p>
    <w:p>
      <w:r>
        <w:t>Zajmoprimac će zajam vratiti [jednokratno najkasnije do __________ godine / u __ mesečnih rata od po __________ dinara, koje dospevaju svakog __. dana u mesecu, počev od __________ godine], uplatom na račun Zajmodavca broj [__________].</w:t>
      </w:r>
    </w:p>
    <w:p>
      <w:r>
        <w:t>Zajmoprimac može zajam vratiti i pre roka.</w:t>
      </w:r>
    </w:p>
    <w:p/>
    <w:p>
      <w:r>
        <w:t>Član 6. Docnja</w:t>
      </w:r>
    </w:p>
    <w:p>
      <w:r>
        <w:t>Ako Zajmoprimac zakasni sa vraćanjem, duguje zakonsku zateznu kamatu od dana dospelosti do isplate.</w:t>
      </w:r>
    </w:p>
    <w:p>
      <w:r>
        <w:t>Ako zakasni sa plaćanjem bilo koje rate duže od [__] dana, Zajmodavac može zahtevati vraćanje celog preostalog iznosa odmah.</w:t>
      </w:r>
    </w:p>
    <w:p/>
    <w:p>
      <w:r>
        <w:t>Član 7. Obezbeđenje [po potrebi]</w:t>
      </w:r>
    </w:p>
    <w:p>
      <w:r>
        <w:t>Radi obezbeđenja vraćanja zajma [lice __________, JMBG __________, potpisuje ovaj ugovor kao jemac platac / Zajmoprimac predaje __________].</w:t>
      </w:r>
    </w:p>
    <w:p/>
    <w:p>
      <w:r>
        <w:t>Član 8. Rešavanje sporova</w:t>
      </w:r>
    </w:p>
    <w:p>
      <w:r>
        <w:t>Sporove strane rešavaju sporazumno, a ako to ne uspe, nadležan je stvarno nadležni sud u [Beogradu / mesto].</w:t>
      </w:r>
    </w:p>
    <w:p/>
    <w:p>
      <w:r>
        <w:t>Član 9. Završne odredbe</w:t>
      </w:r>
    </w:p>
    <w:p>
      <w:r>
        <w:t>Na sve što nije uređeno ovim ugovorom primenjuju se odredbe Zakona o obligacionim odnosima.</w:t>
      </w:r>
    </w:p>
    <w:p>
      <w:r>
        <w:t>Ugovor je sačinjen u [2 (dva)] istovetna primerka, po jedan za svaku stranu.</w:t>
      </w:r>
    </w:p>
    <w:p/>
    <w:p>
      <w:r>
        <w:t>ZAJMODAVAC                               ZAJMOPRIMAC</w:t>
      </w:r>
    </w:p>
    <w:p>
      <w:r>
        <w:t>__________________                       __________________</w:t>
      </w:r>
    </w:p>
    <w:p>
      <w:r>
        <w:t>[ime i prezime]                          [ime i prezime]</w:t>
      </w:r>
    </w:p>
    <w:p/>
    <w:p>
      <w:r>
        <w:t>[JEMAC PLATAC, po potrebi]</w:t>
      </w:r>
    </w:p>
    <w:p>
      <w:r>
        <w:t>__________________</w:t>
      </w:r>
    </w:p>
    <w:p>
      <w:r>
        <w:t>[ime i prezime, JMBG]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