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UGOVOR O KUPOPRODAJI MOTORNOG VOZILA</w:t>
      </w:r>
    </w:p>
    <w:p/>
    <w:p>
      <w:r>
        <w:t>Zaključen dana __________ godine u [mesto], između:</w:t>
      </w:r>
    </w:p>
    <w:p/>
    <w:p>
      <w:r>
        <w:t>1. [ime i prezime], iz [mesto], ul. [adresa], JMBG [__________], broj lične karte [__________] (u daljem tekstu: Prodavac), i</w:t>
      </w:r>
    </w:p>
    <w:p/>
    <w:p>
      <w:r>
        <w:t>2. [ime i prezime], iz [mesto], ul. [adresa], JMBG [__________], broj lične karte [__________] (u daljem tekstu: Kupac).</w:t>
      </w:r>
    </w:p>
    <w:p/>
    <w:p>
      <w:r>
        <w:t>Član 1. Predmet ugovora</w:t>
      </w:r>
    </w:p>
    <w:p>
      <w:r>
        <w:t>Prodavac prodaje, a Kupac kupuje sledeće vozilo:</w:t>
      </w:r>
    </w:p>
    <w:p>
      <w:r>
        <w:t>- vrsta vozila: [__________]</w:t>
      </w:r>
    </w:p>
    <w:p>
      <w:r>
        <w:t>- marka i model: [__________]</w:t>
      </w:r>
    </w:p>
    <w:p>
      <w:r>
        <w:t>- godina proizvodnje: [____]</w:t>
      </w:r>
    </w:p>
    <w:p>
      <w:r>
        <w:t>- broj šasije (VIN): [__________]</w:t>
      </w:r>
    </w:p>
    <w:p>
      <w:r>
        <w:t>- broj motora: [__________]</w:t>
      </w:r>
    </w:p>
    <w:p>
      <w:r>
        <w:t>- boja: [__________]</w:t>
      </w:r>
    </w:p>
    <w:p>
      <w:r>
        <w:t>- registarske oznake: [__________]</w:t>
      </w:r>
    </w:p>
    <w:p>
      <w:r>
        <w:t>- broj saobraćajne dozvole: [__________]</w:t>
      </w:r>
    </w:p>
    <w:p>
      <w:r>
        <w:t>- pređena kilometraža prema brojaču: [__________] km</w:t>
      </w:r>
    </w:p>
    <w:p>
      <w:r>
        <w:t>(u daljem tekstu: Vozilo).</w:t>
      </w:r>
    </w:p>
    <w:p/>
    <w:p>
      <w:r>
        <w:t>Član 2. Izjave Prodavca</w:t>
      </w:r>
    </w:p>
    <w:p>
      <w:r>
        <w:t>Prodavac izjavljuje da je isključivi vlasnik Vozila, da Vozilo nije pod zalogom, lizingom, zabranom raspolaganja ili u sporu, i da prema njegovom saznanju Vozilo nije oštećeno u saobraćajnoj nezgodi, osim: [__________].</w:t>
      </w:r>
    </w:p>
    <w:p>
      <w:r>
        <w:t>Prodavac izjavljuje da kilometraža prema njegovom saznanju odgovara stvarno pređenom putu.</w:t>
      </w:r>
    </w:p>
    <w:p/>
    <w:p>
      <w:r>
        <w:t>Član 3. Kupoprodajna cena</w:t>
      </w:r>
    </w:p>
    <w:p>
      <w:r>
        <w:t>Kupoprodajna cena iznosi [__________] dinara (slovima: __________).</w:t>
      </w:r>
    </w:p>
    <w:p>
      <w:r>
        <w:t>Kupac plaća cenu [u celosti na dan potpisivanja ugovora / uplatom na račun Prodavca broj __________ u roku od __ dana].</w:t>
      </w:r>
    </w:p>
    <w:p>
      <w:r>
        <w:t>Potpisom ovog ugovora Prodavac potvrđuje da je cenu primio [u celosti / u iznosu od __________ dinara].</w:t>
      </w:r>
    </w:p>
    <w:p/>
    <w:p>
      <w:r>
        <w:t>Član 4. Predaja Vozila</w:t>
      </w:r>
    </w:p>
    <w:p>
      <w:r>
        <w:t>Prodavac predaje Kupcu Vozilo, [__] ključa, saobraćajnu dozvolu, servisnu knjižicu i [__________], [danom potpisivanja ovog ugovora / danom isplate cene].</w:t>
      </w:r>
    </w:p>
    <w:p>
      <w:r>
        <w:t>Danom predaje na Kupca prelazi rizik slučajne propasti i oštećenja Vozila.</w:t>
      </w:r>
    </w:p>
    <w:p/>
    <w:p>
      <w:r>
        <w:t>Član 5. Stanje Vozila</w:t>
      </w:r>
    </w:p>
    <w:p>
      <w:r>
        <w:t>Kupac izjavljuje da je Vozilo pregledao [lično / uz stručnu pomoć] i da ga kupuje u viđenom stanju.</w:t>
      </w:r>
    </w:p>
    <w:p>
      <w:r>
        <w:t>Prodavac odgovara za skrivene nedostatke koje je znao ili morao znati, a nije ih saopštio Kupcu, u skladu sa Zakonom o obligacionim odnosima.</w:t>
      </w:r>
    </w:p>
    <w:p/>
    <w:p>
      <w:r>
        <w:t>Član 6. Prenos vlasništva i troškovi</w:t>
      </w:r>
    </w:p>
    <w:p>
      <w:r>
        <w:t>Kupac je dužan da u zakonskom roku izvrši promenu vlasnika Vozila kod nadležnog organa MUP.</w:t>
      </w:r>
    </w:p>
    <w:p>
      <w:r>
        <w:t>Porez na prenos apsolutnih prava, troškove overe i promene vlasnika snosi [Kupac / Prodavac / strane na jednake delove].</w:t>
      </w:r>
    </w:p>
    <w:p>
      <w:r>
        <w:t>Prodavac odgovara za saobraćajne prekršaje i obaveze nastale do predaje Vozila, a Kupac od predaje Vozila.</w:t>
      </w:r>
    </w:p>
    <w:p/>
    <w:p>
      <w:r>
        <w:t>Član 7. Rešavanje sporova</w:t>
      </w:r>
    </w:p>
    <w:p>
      <w:r>
        <w:t>Sporove strane rešavaju sporazumno, a ako to ne uspe, nadležan je stvarno nadležni sud u [Beogradu / mesto].</w:t>
      </w:r>
    </w:p>
    <w:p/>
    <w:p>
      <w:r>
        <w:t>Član 8. Završne odredbe</w:t>
      </w:r>
    </w:p>
    <w:p>
      <w:r>
        <w:t>Na sve što nije uređeno ovim ugovorom primenjuju se odredbe Zakona o obligacionim odnosima.</w:t>
      </w:r>
    </w:p>
    <w:p>
      <w:r>
        <w:t>Ugovor je sačinjen u [3 (tri)] istovetna primerka, po jedan za svaku stranu i jedan za nadležni organ.</w:t>
      </w:r>
    </w:p>
    <w:p/>
    <w:p>
      <w:r>
        <w:t>PRODAVAC                                 KUPAC</w:t>
      </w:r>
    </w:p>
    <w:p>
      <w:r>
        <w:t>__________________                       __________________</w:t>
      </w:r>
    </w:p>
    <w:p>
      <w:r>
        <w:t>[ime i prezime]                          [ime i prezime]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