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DELU</w:t>
      </w:r>
    </w:p>
    <w:p/>
    <w:p>
      <w:r>
        <w:t>Zaključen dana __________ godine u [mesto], između:</w:t>
      </w:r>
    </w:p>
    <w:p/>
    <w:p>
      <w:r>
        <w:t>1. [naziv], sa sedištem u [mesto], ul. [adresa], matični broj [__________], PIB [__________], koje zastupa [ime i prezime, funkcija] (u daljem tekstu: Naručilac), i</w:t>
      </w:r>
    </w:p>
    <w:p/>
    <w:p>
      <w:r>
        <w:t>2. [ime i prezime], iz [mesto], ul. [adresa], JMBG [__________], broj lične karte [__________], tekući račun [__________] kod [banka] (u daljem tekstu: Izvođač).</w:t>
      </w:r>
    </w:p>
    <w:p/>
    <w:p>
      <w:r>
        <w:t>Član 1. Predmet ugovora</w:t>
      </w:r>
    </w:p>
    <w:p>
      <w:r>
        <w:t>Izvođač se obavezuje da za Naručioca samostalno izvrši sledeći posao: [precizan opis dela, na primer: prevod dokumentacije __________ sa __________ na __________ jezik, obima __ strana] (u daljem tekstu: Delo).</w:t>
      </w:r>
    </w:p>
    <w:p>
      <w:r>
        <w:t>Strane saglasno konstatuju da Delo nije u okviru delatnosti Naručioca.</w:t>
      </w:r>
    </w:p>
    <w:p/>
    <w:p>
      <w:r>
        <w:t>Član 2. Rok</w:t>
      </w:r>
    </w:p>
    <w:p>
      <w:r>
        <w:t>Izvođač će Delo izvršiti i predati Naručiocu najkasnije do __________ godine.</w:t>
      </w:r>
    </w:p>
    <w:p/>
    <w:p>
      <w:r>
        <w:t>Član 3. Način izvršenja</w:t>
      </w:r>
    </w:p>
    <w:p>
      <w:r>
        <w:t>Izvođač Delo izvršava samostalno, sopstvenim sredstvima i u vreme koje sam odredi, u skladu sa pravilima struke i dogovorenim zahtevima Naručioca.</w:t>
      </w:r>
    </w:p>
    <w:p>
      <w:r>
        <w:t>Izvođač nije u radnom odnosu kod Naručioca i ne podleže radnom vremenu Naručioca.</w:t>
      </w:r>
    </w:p>
    <w:p/>
    <w:p>
      <w:r>
        <w:t>Član 4. Naknada</w:t>
      </w:r>
    </w:p>
    <w:p>
      <w:r>
        <w:t>Za izvršeno Delo Naručilac plaća Izvođaču naknadu u [bruto / neto] iznosu od [__________] dinara.</w:t>
      </w:r>
    </w:p>
    <w:p>
      <w:r>
        <w:t>Naručilac obračunava i plaća porez i doprinose u skladu sa propisima i isplaćuje Izvođaču neto naknadu na tekući račun u roku od [__] dana od prijema Dela.</w:t>
      </w:r>
    </w:p>
    <w:p/>
    <w:p>
      <w:r>
        <w:t>Član 5. Predaja i prijem Dela</w:t>
      </w:r>
    </w:p>
    <w:p>
      <w:r>
        <w:t>Izvođač predaje Delo [u elektronskom obliku na adresu __________ / fizički, na adresi Naručioca].</w:t>
      </w:r>
    </w:p>
    <w:p>
      <w:r>
        <w:t>Naručilac je dužan da pregleda Delo i u roku od [__] dana saopšti primedbe. Izvođač je dužan da opravdane nedostatke otkloni u roku od [__] dana.</w:t>
      </w:r>
    </w:p>
    <w:p>
      <w:r>
        <w:t>Ako Naručilac u tom roku ne stavi primedbe, smatra se da je Delo primljeno.</w:t>
      </w:r>
    </w:p>
    <w:p/>
    <w:p>
      <w:r>
        <w:t>Član 6. Prava na Delu [po potrebi]</w:t>
      </w:r>
    </w:p>
    <w:p>
      <w:r>
        <w:t>Izvođač prenosi na Naručioca sva imovinska prava na Delu, isključivo i bez ograničenja u pogledu prostora i vremena, danom isplate naknade.</w:t>
      </w:r>
    </w:p>
    <w:p/>
    <w:p>
      <w:r>
        <w:t>Član 7. Poverljivost</w:t>
      </w:r>
    </w:p>
    <w:p>
      <w:r>
        <w:t>Izvođač je dužan da čuva kao poverljive sve podatke Naručioca do kojih dođe pri izvršenju Dela.</w:t>
      </w:r>
    </w:p>
    <w:p/>
    <w:p>
      <w:r>
        <w:t>Član 8. Raskid</w:t>
      </w:r>
    </w:p>
    <w:p>
      <w:r>
        <w:t>Naručilac može raskinuti ugovor dok Delo nije dovršeno, uz obavezu da Izvođaču plati ugovorenu naknadu umanjenu za ono što je Izvođač uštedeo zbog raskida, u skladu sa Zakonom o obligacionim odnosima.</w:t>
      </w:r>
    </w:p>
    <w:p/>
    <w:p>
      <w:r>
        <w:t>Član 9. Rešavanje sporova</w:t>
      </w:r>
    </w:p>
    <w:p>
      <w:r>
        <w:t>Sporove strane rešavaju sporazumno, a ako to ne uspe, nadležan je stvarno nadležni sud u Beogradu.</w:t>
      </w:r>
    </w:p>
    <w:p/>
    <w:p>
      <w:r>
        <w:t>Član 10. Završne odredbe</w:t>
      </w:r>
    </w:p>
    <w:p>
      <w:r>
        <w:t>Na sve što nije uređeno ovim ugovorom primenjuju se odredbe Zakona o obligacionim odnosima i Zakona o radu.</w:t>
      </w:r>
    </w:p>
    <w:p>
      <w:r>
        <w:t>Ugovor je sačinjen u [3 (tri)] istovetna primerka, od kojih Naručilac zadržava [2 (dva)], a Izvođač [1 (jedan)].</w:t>
      </w:r>
    </w:p>
    <w:p/>
    <w:p>
      <w:r>
        <w:t>ZA NARUČIOCA                             IZVOĐAČ</w:t>
      </w:r>
    </w:p>
    <w:p>
      <w:r>
        <w:t>__________________                       __________________</w:t>
      </w:r>
    </w:p>
    <w:p>
      <w:r>
        <w:t>[ime i prezime, funkcija]                [ime i prezime]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