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b/>
        </w:rPr>
        <w:t>TESTAMENT</w:t>
      </w:r>
    </w:p>
    <w:p/>
    <w:p>
      <w:r>
        <w:t>Ja, [ime i prezime], rođen/a __________ godine u [mesto], od oca [ime], JMBG [__________], sa prebivalištem u [mesto], ul. [adresa], pri punoj svesti i razumu, slobodnom voljom, bez ikakve prinude, sačinjavam ovaj testament i izjavljujem svoju poslednju volju:</w:t>
      </w:r>
    </w:p>
    <w:p/>
    <w:p>
      <w:r>
        <w:t>1. Opoziv ranijih testamenata</w:t>
      </w:r>
    </w:p>
    <w:p>
      <w:r>
        <w:t>Opozivam sve ranije sačinjene testamente [ako postoje].</w:t>
      </w:r>
    </w:p>
    <w:p/>
    <w:p>
      <w:r>
        <w:t>2. Raspolaganje imovinom</w:t>
      </w:r>
    </w:p>
    <w:p>
      <w:r>
        <w:t>Za slučaj moje smrti:</w:t>
      </w:r>
    </w:p>
    <w:p>
      <w:r>
        <w:t>- [ime i prezime], JMBG [__________], [srodstvo], ostavljam [stan u ulici __________, broj __, upisan u list nepokretnosti broj __________ KO __________ / udeo od __ na __________];</w:t>
      </w:r>
    </w:p>
    <w:p>
      <w:r>
        <w:t>- [ime i prezime], JMBG [__________], [srodstvo], ostavljam [__________];</w:t>
      </w:r>
    </w:p>
    <w:p>
      <w:r>
        <w:t>- svu ostalu imovinu koju budem imao/la u trenutku smrti, pokretnu i nepokretnu, ostavljam [ime i prezime / na jednake delove licima __________].</w:t>
      </w:r>
    </w:p>
    <w:p/>
    <w:p>
      <w:r>
        <w:t>3. Legat [po potrebi]</w:t>
      </w:r>
    </w:p>
    <w:p>
      <w:r>
        <w:t>Obavezujem naslednika [ime i prezime] da licu [ime i prezime] isplati iznos od [__________] dinara / preda [stvar] u roku od [__] dana od pravnosnažnosti rešenja o nasleđivanju.</w:t>
      </w:r>
    </w:p>
    <w:p/>
    <w:p>
      <w:r>
        <w:t>4. Izvršilac testamenta [po potrebi]</w:t>
      </w:r>
    </w:p>
    <w:p>
      <w:r>
        <w:t>Za izvršioca ovog testamenta određujem [ime i prezime], JMBG [__________].</w:t>
      </w:r>
    </w:p>
    <w:p/>
    <w:p>
      <w:r>
        <w:t>Ovaj testament sam pročitao/la, razumeo/la sam njegovu sadržinu, ona odgovara mojoj volji, i u prisustvu dva svedoka svojeručno ga potpisujem i izjavljujem da je ovo moj testament.</w:t>
      </w:r>
    </w:p>
    <w:p/>
    <w:p>
      <w:r>
        <w:t>U [mesto], dana __________ godine</w:t>
      </w:r>
    </w:p>
    <w:p/>
    <w:p>
      <w:r>
        <w:t>ZAVEŠTALAC</w:t>
      </w:r>
    </w:p>
    <w:p>
      <w:r>
        <w:t>__________________</w:t>
      </w:r>
    </w:p>
    <w:p>
      <w:r>
        <w:t>[ime i prezime, svojeručni potpis]</w:t>
      </w:r>
    </w:p>
    <w:p/>
    <w:p/>
    <w:p>
      <w:r>
        <w:t>IZJAVA SVEDOKA TESTAMENTA</w:t>
      </w:r>
    </w:p>
    <w:p/>
    <w:p>
      <w:r>
        <w:t>Mi, dole potpisani svedoci, potvrđujemo da je zaveštalac [ime i prezime] u našem istovremenom prisustvu svojeručno potpisao/la ovu ispravu i izjavio/la da je to njegov/njen testament, i da je pri tom bio/la pri svesti i postupao/la slobodnom voljom.</w:t>
      </w:r>
    </w:p>
    <w:p/>
    <w:p>
      <w:r>
        <w:t>1. Svedok testamenta: [ime i prezime], JMBG [__________], adresa [__________]</w:t>
      </w:r>
    </w:p>
    <w:p>
      <w:r>
        <w:t>Potpis: __________________</w:t>
      </w:r>
    </w:p>
    <w:p/>
    <w:p>
      <w:r>
        <w:t>2. Svedok testamenta: [ime i prezime], JMBG [__________], adresa [__________]</w:t>
      </w:r>
    </w:p>
    <w:p>
      <w:r>
        <w:t>Potpis: __________________</w:t>
      </w:r>
    </w:p>
    <w:p/>
    <w:p>
      <w:r>
        <w:t>U [mesto], dana __________ godine</w:t>
      </w:r>
    </w:p>
    <w:p/>
    <w:p/>
    <w:p>
      <w:r>
        <w:t>NAPOMENA (ne prepisivati u testament):</w:t>
      </w:r>
    </w:p>
    <w:p>
      <w:r>
        <w:t>Ako testament ima više listova, zaveštalac i svedoci treba da potpišu ili parafiraju svaki list. Svedoci ne smeju biti lica kojima se testamentom nešto ostavlja ni njihovi srodnici, niti srodnici i supružnik zaveštaoca u stepenu koji zakon isključuje.</w:t>
      </w:r>
    </w:p>
    <w:p/>
    <w:p/>
    <w:p>
      <w:r>
        <w:rPr>
          <w:sz w:val="16"/>
        </w:rPr>
        <w:t>Obrazac preuzet sa bogiceviclaw.com. Informativnog je karaktera i ne zamenjuje savet advokata.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