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[naziv poslodavca]</w:t>
      </w:r>
    </w:p>
    <w:p>
      <w:r>
        <w:t>[adresa]</w:t>
      </w:r>
    </w:p>
    <w:p>
      <w:r>
        <w:t>Matični broj: [__________], PIB: [__________]</w:t>
      </w:r>
    </w:p>
    <w:p/>
    <w:p>
      <w:r>
        <w:t>OBAVEŠTENJE O POSLEDICAMA SPORAZUMNOG PRESTANKA RADNOG ODNOSA</w:t>
      </w:r>
    </w:p>
    <w:p/>
    <w:p>
      <w:r>
        <w:t>Zaposleni/a [ime i prezime], JMBG [__________], obaveštava se da u slučaju prestanka radnog odnosa na osnovu pisanog sporazuma sa poslodavcem, po propisima o zapošljavanju i osiguranju za slučaj nezaposlenosti, po pravilu nema pravo na novčanu naknadu za slučaj nezaposlenosti.</w:t>
      </w:r>
    </w:p>
    <w:p/>
    <w:p>
      <w:r>
        <w:t>U [mesto], dana __________ godine</w:t>
      </w:r>
    </w:p>
    <w:p/>
    <w:p>
      <w:r>
        <w:t>Za poslodavca: __________________     Primio/la zaposleni: __________________</w:t>
      </w:r>
    </w:p>
    <w:p/>
    <w:p/>
    <w:p>
      <w:r>
        <w:t>SPORAZUM O PRESTANKU RADNOG ODNOSA</w:t>
      </w:r>
    </w:p>
    <w:p/>
    <w:p>
      <w:r>
        <w:t>Zaključen dana __________ godine u [mesto], između:</w:t>
      </w:r>
    </w:p>
    <w:p/>
    <w:p>
      <w:r>
        <w:t>1. [naziv poslodavca], sa sedištem u [mesto], ul. [adresa], matični broj [__________], PIB [__________], koje zastupa [ime i prezime, direktor] (u daljem tekstu: Poslodavac), i</w:t>
      </w:r>
    </w:p>
    <w:p/>
    <w:p>
      <w:r>
        <w:t>2. [ime i prezime], iz [mesto], ul. [adresa], JMBG [__________] (u daljem tekstu: Zaposleni).</w:t>
      </w:r>
    </w:p>
    <w:p/>
    <w:p>
      <w:r>
        <w:t>Član 1.</w:t>
      </w:r>
    </w:p>
    <w:p>
      <w:r>
        <w:t>Strane konstatuju da je Zaposleni u radnom odnosu kod Poslodavca na osnovu Ugovora o radu broj [__________] od __________ godine, na poslovima [naziv radnog mesta], na [neodređeno / određeno] vreme.</w:t>
      </w:r>
    </w:p>
    <w:p/>
    <w:p>
      <w:r>
        <w:t>Član 2.</w:t>
      </w:r>
    </w:p>
    <w:p>
      <w:r>
        <w:t>Strane su saglasne da Zaposlenom radni odnos kod Poslodavca prestaje sporazumno, zaključno sa __________ godine (poslednji radni dan).</w:t>
      </w:r>
    </w:p>
    <w:p/>
    <w:p>
      <w:r>
        <w:t>Član 3.</w:t>
      </w:r>
    </w:p>
    <w:p>
      <w:r>
        <w:t>Zaposleni potvrđuje da ga je Poslodavac pre potpisivanja ovog sporazuma pisano obavestio o posledicama do kojih dolazi u ostvarivanju prava za slučaj nezaposlenosti.</w:t>
      </w:r>
    </w:p>
    <w:p/>
    <w:p>
      <w:r>
        <w:t>Član 4.</w:t>
      </w:r>
    </w:p>
    <w:p>
      <w:r>
        <w:t>Poslodavac se obavezuje da Zaposlenom isplati:</w:t>
      </w:r>
    </w:p>
    <w:p>
      <w:r>
        <w:t>- zaradu i druga dospela primanja zaključno sa danom prestanka radnog odnosa;</w:t>
      </w:r>
    </w:p>
    <w:p>
      <w:r>
        <w:t>- naknadu štete za [__] dana neiskorišćenog godišnjeg odmora;</w:t>
      </w:r>
    </w:p>
    <w:p>
      <w:r>
        <w:t>- [sporazumnu otpremninu / naknadu u neto iznosu od __________ dinara];</w:t>
      </w:r>
    </w:p>
    <w:p>
      <w:r>
        <w:t>najkasnije u roku od [__] dana od dana prestanka radnog odnosa, na tekući račun Zaposlenog.</w:t>
      </w:r>
    </w:p>
    <w:p/>
    <w:p>
      <w:r>
        <w:t>Član 5.</w:t>
      </w:r>
    </w:p>
    <w:p>
      <w:r>
        <w:t>Zaposleni se obavezuje da najkasnije poslednjeg radnog dana preda poslove, dokumentaciju, opremu, ključeve i pristupne podatke Poslodavca, o čemu se sačinjava zapisnik.</w:t>
      </w:r>
    </w:p>
    <w:p/>
    <w:p>
      <w:r>
        <w:t>Član 6.</w:t>
      </w:r>
    </w:p>
    <w:p>
      <w:r>
        <w:t>Poslodavac će Zaposlenom izdati rešenje o prestanku radnog odnosa i potvrdu o radnom angažovanju, i izvršiti odjavu sa obaveznog socijalnog osiguranja u propisanom roku.</w:t>
      </w:r>
    </w:p>
    <w:p/>
    <w:p>
      <w:r>
        <w:t>Član 7.</w:t>
      </w:r>
    </w:p>
    <w:p>
      <w:r>
        <w:t>Isplatom iznosa iz člana 4 strane smatraju da su međusobna potraživanja iz radnog odnosa izmirena, [osim __________].</w:t>
      </w:r>
    </w:p>
    <w:p>
      <w:r>
        <w:t>Obaveza čuvanja poslovne tajne ostaje na snazi i po prestanku radnog odnosa.</w:t>
      </w:r>
    </w:p>
    <w:p/>
    <w:p>
      <w:r>
        <w:t>Član 8.</w:t>
      </w:r>
    </w:p>
    <w:p>
      <w:r>
        <w:t>Sporove strane rešavaju sporazumno, a ako to ne uspe, nadležan je stvarno i mesno nadležni sud prema zakonu.</w:t>
      </w:r>
    </w:p>
    <w:p/>
    <w:p>
      <w:r>
        <w:t>Član 9.</w:t>
      </w:r>
    </w:p>
    <w:p>
      <w:r>
        <w:t>Sporazum je sačinjen u [3 (tri)] istovetna primerka, od kojih Poslodavac zadržava [2 (dva)], a Zaposleni [1 (jedan)].</w:t>
      </w:r>
    </w:p>
    <w:p/>
    <w:p>
      <w:r>
        <w:t>ZA POSLODAVCA                            ZAPOSLENI</w:t>
      </w:r>
    </w:p>
    <w:p>
      <w:r>
        <w:t>__________________                       __________________</w:t>
      </w:r>
    </w:p>
    <w:p>
      <w:r>
        <w:t>[ime i prezime, direktor]                [ime i prezime]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