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SPORAZUM O REPROGRAMU DUGA</w:t>
      </w:r>
    </w:p>
    <w:p/>
    <w:p>
      <w:r>
        <w:t>Zaključen dana __________ godine u [mesto], između:</w:t>
      </w:r>
    </w:p>
    <w:p/>
    <w:p>
      <w:r>
        <w:t>1. [ime i prezime / naziv], iz [mesto], ul. [adresa], JMBG / matični broj [__________], PIB [__________], [koje zastupa __________] (u daljem tekstu: Poverilac), i</w:t>
      </w:r>
    </w:p>
    <w:p/>
    <w:p>
      <w:r>
        <w:t>2. [ime i prezime / naziv], iz [mesto], ul. [adresa], JMBG / matični broj [__________], PIB [__________], [koje zastupa __________] (u daljem tekstu: Dužnik).</w:t>
      </w:r>
    </w:p>
    <w:p/>
    <w:p>
      <w:r>
        <w:t>Član 1. Utvrđivanje duga</w:t>
      </w:r>
    </w:p>
    <w:p>
      <w:r>
        <w:t>Strane utvrđuju da Dužnik sa stanjem na dan __________ godine duguje Poveriocu ukupno [__________] dinara, od čega:</w:t>
      </w:r>
    </w:p>
    <w:p>
      <w:r>
        <w:t>- glavni dug: [__________] dinara, po osnovu [__________];</w:t>
      </w:r>
    </w:p>
    <w:p>
      <w:r>
        <w:t>- obračunata zatezna kamata do __________ godine: [__________] dinara;</w:t>
      </w:r>
    </w:p>
    <w:p>
      <w:r>
        <w:t>- troškovi: [__________] dinara.</w:t>
      </w:r>
    </w:p>
    <w:p>
      <w:r>
        <w:t>Dužnik bezuslovno priznaje ovaj dug u celosti.</w:t>
      </w:r>
    </w:p>
    <w:p/>
    <w:p>
      <w:r>
        <w:t>Član 2. Plan otplate</w:t>
      </w:r>
    </w:p>
    <w:p>
      <w:r>
        <w:t>Dužnik će dug platiti u [__] mesečnih rata, i to:</w:t>
      </w:r>
    </w:p>
    <w:p>
      <w:r>
        <w:t>- prva rata u iznosu od [__________] dinara, do __________ godine;</w:t>
      </w:r>
    </w:p>
    <w:p>
      <w:r>
        <w:t>- ostale rate u iznosu od po [__________] dinara, do [__]. dana u mesecu, počev od __________ godine;</w:t>
      </w:r>
    </w:p>
    <w:p>
      <w:r>
        <w:t>- poslednja rata u iznosu od [__________] dinara, do __________ godine.</w:t>
      </w:r>
    </w:p>
    <w:p>
      <w:r>
        <w:t>Uplate se vrše na račun Poverioca broj [__________], sa pozivom na broj [__________].</w:t>
      </w:r>
    </w:p>
    <w:p>
      <w:r>
        <w:t>Na reprogramirani iznos [ne obračunava se kamata dok Dužnik uredno plaća / obračunava se kamata po stopi od __% godišnje].</w:t>
      </w:r>
    </w:p>
    <w:p/>
    <w:p>
      <w:r>
        <w:t>Član 3. Gubitak pogodnosti roka</w:t>
      </w:r>
    </w:p>
    <w:p>
      <w:r>
        <w:t>Ako Dužnik ne plati bilo koju ratu u roku od [__] dana od dospelosti, ceo neplaćeni ostatak duga dospeva odmah, uz zakonsku zateznu kamatu, i Poverilac može bez daljeg obaveštenja pokrenuti postupak naplate.</w:t>
      </w:r>
    </w:p>
    <w:p/>
    <w:p>
      <w:r>
        <w:t>Član 4. Obezbeđenje</w:t>
      </w:r>
    </w:p>
    <w:p>
      <w:r>
        <w:t>Radi obezbeđenja Dužnik predaje Poveriocu [__ blanko solo menica sa meničnim ovlašćenjem / jemstvo lica __________ / __________].</w:t>
      </w:r>
    </w:p>
    <w:p/>
    <w:p>
      <w:r>
        <w:t>Član 5. Postupci u toku</w:t>
      </w:r>
    </w:p>
    <w:p>
      <w:r>
        <w:t>[Poverilac se obavezuje da, dok Dužnik uredno plaća, ne pokreće sudski ili izvršni postupak. / Strane će zajedno predložiti izvršitelju __________ zastoj postupka u predmetu broj __________ dok Dužnik uredno izmiruje obaveze.]</w:t>
      </w:r>
    </w:p>
    <w:p>
      <w:r>
        <w:t>Po isplati celog duga Poverilac će [vratiti menice / povući predlog za izvršenje / izdati potvrdu o izmirenju duga].</w:t>
      </w:r>
    </w:p>
    <w:p/>
    <w:p>
      <w:r>
        <w:t>Član 6. Zastarelost</w:t>
      </w:r>
    </w:p>
    <w:p>
      <w:r>
        <w:t>Strane su saglasne da ovaj sporazum ima dejstvo priznanja duga.</w:t>
      </w:r>
    </w:p>
    <w:p/>
    <w:p>
      <w:r>
        <w:t>Član 7. Rešavanje sporova</w:t>
      </w:r>
    </w:p>
    <w:p>
      <w:r>
        <w:t>Sporove strane rešavaju sporazumno, a ako to ne uspe, nadležan je [stvarno nadležni sud u Beogradu / Privredni sud u Beogradu].</w:t>
      </w:r>
    </w:p>
    <w:p/>
    <w:p>
      <w:r>
        <w:t>Član 8. Završne odredbe</w:t>
      </w:r>
    </w:p>
    <w:p>
      <w:r>
        <w:t>Na sve što nije uređeno primenjuju se odredbe Zakona o obligacionim odnosima.</w:t>
      </w:r>
    </w:p>
    <w:p>
      <w:r>
        <w:t>Sporazum je sačinjen u [4 (četiri)] istovetna primerka, po [2 (dva)] za svaku stranu.</w:t>
      </w:r>
    </w:p>
    <w:p/>
    <w:p>
      <w:r>
        <w:t>POVERILAC                                DUŽNIK</w:t>
      </w:r>
    </w:p>
    <w:p>
      <w:r>
        <w:t>__________________                       __________________</w:t>
      </w:r>
    </w:p>
    <w:p>
      <w:r>
        <w:t>[ime i prezime / naziv]                  [ime i prezime / naziv]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