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[ime i prezime potrošača]</w:t>
      </w:r>
    </w:p>
    <w:p>
      <w:r>
        <w:t>[adresa]</w:t>
      </w:r>
    </w:p>
    <w:p>
      <w:r>
        <w:t>Telefon: [__________]</w:t>
      </w:r>
    </w:p>
    <w:p>
      <w:r>
        <w:t>E-mail: [__________]</w:t>
      </w:r>
    </w:p>
    <w:p/>
    <w:p>
      <w:r>
        <w:t>[naziv prodavca]</w:t>
      </w:r>
    </w:p>
    <w:p>
      <w:r>
        <w:t>[adresa prodajnog objekta / sedište]</w:t>
      </w:r>
    </w:p>
    <w:p/>
    <w:p>
      <w:r>
        <w:t>U [mesto], dana __________ godine</w:t>
      </w:r>
    </w:p>
    <w:p/>
    <w:p>
      <w:r>
        <w:t>Predmet: REKLAMACIJA</w:t>
      </w:r>
    </w:p>
    <w:p/>
    <w:p>
      <w:r>
        <w:t>Poštovani,</w:t>
      </w:r>
    </w:p>
    <w:p/>
    <w:p>
      <w:r>
        <w:t>Dana __________ godine kupio/la sam u Vašem prodajnom objektu u [mesto, adresa] / putem Vaše internet prodavnice [adresa sajta] sledeću robu:</w:t>
      </w:r>
    </w:p>
    <w:p>
      <w:r>
        <w:t>- naziv i model: [__________]</w:t>
      </w:r>
    </w:p>
    <w:p>
      <w:r>
        <w:t>- serijski broj: [__________]</w:t>
      </w:r>
    </w:p>
    <w:p>
      <w:r>
        <w:t>- cena: [__________] dinara</w:t>
      </w:r>
    </w:p>
    <w:p>
      <w:r>
        <w:t>- broj računa / fiskalnog isečka: [__________]</w:t>
      </w:r>
    </w:p>
    <w:p/>
    <w:p>
      <w:r>
        <w:t>Opis nesaobraznosti:</w:t>
      </w:r>
    </w:p>
    <w:p>
      <w:r>
        <w:t>Dana __________ godine utvrdio/la sam da roba ima sledeći nedostatak: [detaljan opis, na primer: uređaj se ne uključuje, pojavila se pukotina na __________, roba nema svojstva navedena u specifikaciji __________].</w:t>
      </w:r>
    </w:p>
    <w:p>
      <w:r>
        <w:t>Nedostatak nije nastao mojom krivicom ni nepravilnom upotrebom. Robu sam koristio/la u skladu sa uputstvom.</w:t>
      </w:r>
    </w:p>
    <w:p/>
    <w:p>
      <w:r>
        <w:t>Na osnovu Zakona o zaštiti potrošača, zahtevam:</w:t>
      </w:r>
    </w:p>
    <w:p>
      <w:r>
        <w:t>[  ] da se roba dovede u saobrazno stanje popravkom, bez naknade;</w:t>
      </w:r>
    </w:p>
    <w:p>
      <w:r>
        <w:t>[  ] da se roba zameni novom, istom ili odgovarajućom robom, bez naknade;</w:t>
      </w:r>
    </w:p>
    <w:p>
      <w:r>
        <w:t>[  ] odgovarajuće umanjenje cene;</w:t>
      </w:r>
    </w:p>
    <w:p>
      <w:r>
        <w:t>[  ] raskid ugovora i povraćaj plaćenog iznosa od [__________] dinara na račun broj [__________].</w:t>
      </w:r>
    </w:p>
    <w:p/>
    <w:p>
      <w:r>
        <w:t>Molim Vas da mi izdate pisanu potvrdu o prijemu reklamacije sa brojem pod kojim je evidentirana, da mi u zakonskom roku od osam dana od prijema pisano ili elektronski odgovorite i da reklamaciju rešite u zakonskom roku.</w:t>
      </w:r>
    </w:p>
    <w:p/>
    <w:p>
      <w:r>
        <w:t>U prilogu dostavljam:</w:t>
      </w:r>
    </w:p>
    <w:p>
      <w:r>
        <w:t>1. kopiju računa / fiskalnog isečka;</w:t>
      </w:r>
    </w:p>
    <w:p>
      <w:r>
        <w:t>2. kopiju garantnog lista [ako postoji];</w:t>
      </w:r>
    </w:p>
    <w:p>
      <w:r>
        <w:t>3. fotografije nedostatka [po potrebi];</w:t>
      </w:r>
    </w:p>
    <w:p>
      <w:r>
        <w:t>4. [__________].</w:t>
      </w:r>
    </w:p>
    <w:p/>
    <w:p>
      <w:r>
        <w:t>Robu [predajem uz ovu reklamaciju / stavljam Vam na raspolaganje na adresi __________, jer se radi o glomaznoj robi].</w:t>
      </w:r>
    </w:p>
    <w:p/>
    <w:p>
      <w:r>
        <w:t>S poštovanjem,</w:t>
      </w:r>
    </w:p>
    <w:p/>
    <w:p>
      <w:r>
        <w:t>__________________</w:t>
      </w:r>
    </w:p>
    <w:p>
      <w:r>
        <w:t>[ime i prezime]</w:t>
      </w:r>
    </w:p>
    <w:p/>
    <w:p>
      <w:r>
        <w:t>Potvrda prijema reklamacije (popunjava prodavac):</w:t>
      </w:r>
    </w:p>
    <w:p>
      <w:r>
        <w:t>Broj reklamacije: __________  Datum prijema: __________</w:t>
      </w:r>
    </w:p>
    <w:p>
      <w:r>
        <w:t>Potpis i pečat prodavca: __________________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