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PREDUGOVOR O KUPOPRODAJI STANA</w:t>
      </w:r>
    </w:p>
    <w:p/>
    <w:p>
      <w:r>
        <w:t>Zaključen dana __________ godine u [mesto], između:</w:t>
      </w:r>
    </w:p>
    <w:p/>
    <w:p>
      <w:r>
        <w:t>1. [ime i prezime], iz [mesto], ul. [adresa], JMBG [__________], broj lične karte [__________] (u daljem tekstu: Prodavac), i</w:t>
      </w:r>
    </w:p>
    <w:p/>
    <w:p>
      <w:r>
        <w:t>2. [ime i prezime], iz [mesto], ul. [adresa], JMBG [__________], broj lične karte [__________] (u daljem tekstu: Kupac).</w:t>
      </w:r>
    </w:p>
    <w:p/>
    <w:p>
      <w:r>
        <w:t>Član 1. Predmet predugovora</w:t>
      </w:r>
    </w:p>
    <w:p>
      <w:r>
        <w:t>Strane se obavezuju da najkasnije do __________ godine zaključe glavni ugovor o kupoprodaji stana u [mesto], ul. [adresa], sprat [__], broj stana [__], površine [__] m2, broj posebnog dela [__________], upisanog u list nepokretnosti broj [__________] KO [__________] (u daljem tekstu: Stan).</w:t>
      </w:r>
    </w:p>
    <w:p/>
    <w:p>
      <w:r>
        <w:t>Član 2. Izjave Prodavca</w:t>
      </w:r>
    </w:p>
    <w:p>
      <w:r>
        <w:t>Prodavac izjavljuje:</w:t>
      </w:r>
    </w:p>
    <w:p>
      <w:r>
        <w:t>- da je isključivi vlasnik Stana sa udelom 1/1 [ili: da je vlasnik sa udelom __, uz saglasnost suvlasnika];</w:t>
      </w:r>
    </w:p>
    <w:p>
      <w:r>
        <w:t>- da na Stanu nema hipoteke, zabeležbi spora, zakupa niti drugih prava trećih lica, osim: [__________];</w:t>
      </w:r>
    </w:p>
    <w:p>
      <w:r>
        <w:t>- da Stan nije predmet spora niti izvršnog postupka;</w:t>
      </w:r>
    </w:p>
    <w:p>
      <w:r>
        <w:t>- da su plaćeni porez na imovinu, infostan, struja i drugi troškovi zaključno sa danom predaje.</w:t>
      </w:r>
    </w:p>
    <w:p/>
    <w:p>
      <w:r>
        <w:t>Član 3. Kupoprodajna cena</w:t>
      </w:r>
    </w:p>
    <w:p>
      <w:r>
        <w:t>Kupoprodajna cena Stana iznosi [__________] evra, plativo u dinarskoj protivvrednosti po srednjem kursu NBS na dan plaćanja.</w:t>
      </w:r>
    </w:p>
    <w:p>
      <w:r>
        <w:t>Cena se plaća na sledeći način:</w:t>
      </w:r>
    </w:p>
    <w:p>
      <w:r>
        <w:t>- kapara u iznosu od [__________] evra, na dan zaključenja ovog predugovora, na račun Prodavca broj [__________];</w:t>
      </w:r>
    </w:p>
    <w:p>
      <w:r>
        <w:t>- ostatak u iznosu od [__________] evra, [iz sopstvenih sredstava / iz stambenog kredita banke __________], u roku od [__] dana od zaključenja glavnog ugovora.</w:t>
      </w:r>
    </w:p>
    <w:p>
      <w:r>
        <w:t>Kapara se uračunava u kupoprodajnu cenu.</w:t>
      </w:r>
    </w:p>
    <w:p/>
    <w:p>
      <w:r>
        <w:t>Član 4. Kapara</w:t>
      </w:r>
    </w:p>
    <w:p>
      <w:r>
        <w:t>Ako glavni ugovor ne bude zaključen krivicom Kupca, Prodavac zadržava kaparu.</w:t>
      </w:r>
    </w:p>
    <w:p>
      <w:r>
        <w:t>Ako glavni ugovor ne bude zaključen krivicom Prodavca, Kupac ima pravo da zahteva vraćanje dvostrukog iznosa kapare.</w:t>
      </w:r>
    </w:p>
    <w:p/>
    <w:p>
      <w:r>
        <w:t>Član 5. Predaja Stana</w:t>
      </w:r>
    </w:p>
    <w:p>
      <w:r>
        <w:t>Prodavac će Stan predati Kupcu u državinu slobodan od lica i stvari, [osim __________], u roku od [__] dana od isplate celokupne cene, uz zapisnik o primopredaji.</w:t>
      </w:r>
    </w:p>
    <w:p/>
    <w:p>
      <w:r>
        <w:t>Član 6. Porezi i troškovi</w:t>
      </w:r>
    </w:p>
    <w:p>
      <w:r>
        <w:t>Porez na prenos apsolutnih prava snosi [Kupac / Prodavac]. Troškove javnog beležnika snosi [Kupac / strane na jednake delove]. Troškove upisa u katastar snosi Kupac.</w:t>
      </w:r>
    </w:p>
    <w:p/>
    <w:p>
      <w:r>
        <w:t>Član 7. Glavni ugovor</w:t>
      </w:r>
    </w:p>
    <w:p>
      <w:r>
        <w:t>Glavni ugovor biće zaključen kod javnog beležnika u formi javnobeležnički potvrđene (solemnizovane) isprave i sadržaće sve bitne elemente iz ovog predugovora.</w:t>
      </w:r>
    </w:p>
    <w:p>
      <w:r>
        <w:t>Ako jedna strana odbije da zaključi glavni ugovor u roku iz člana 1, druga strana može zahtevati njegovo zaključenje pred sudom u zakonskom roku.</w:t>
      </w:r>
    </w:p>
    <w:p/>
    <w:p>
      <w:r>
        <w:t>Član 8. Rešavanje sporova</w:t>
      </w:r>
    </w:p>
    <w:p>
      <w:r>
        <w:t>Sporove strane rešavaju sporazumno, a ako to ne uspe, nadležan je stvarno nadležni sud prema mestu gde se Stan nalazi.</w:t>
      </w:r>
    </w:p>
    <w:p/>
    <w:p>
      <w:r>
        <w:t>Član 9. Završne odredbe</w:t>
      </w:r>
    </w:p>
    <w:p>
      <w:r>
        <w:t>Na sve što nije uređeno ovim predugovorom primenjuju se odredbe Zakona o obligacionim odnosima i Zakona o prometu nepokretnosti.</w:t>
      </w:r>
    </w:p>
    <w:p>
      <w:r>
        <w:t>Ovaj predugovor proizvodi pravno dejstvo kada ga potvrdi (solemnizuje) javni beležnik.</w:t>
      </w:r>
    </w:p>
    <w:p>
      <w:r>
        <w:t>Predugovor je sačinjen u [3 (tri)] istovetna primerka, po jedan za svaku stranu i jedan za javnog beležnika.</w:t>
      </w:r>
    </w:p>
    <w:p/>
    <w:p>
      <w:r>
        <w:t>PRODAVAC                                 KUPAC</w:t>
      </w:r>
    </w:p>
    <w:p>
      <w:r>
        <w:t>__________________                       __________________</w:t>
      </w:r>
    </w:p>
    <w:p>
      <w:r>
        <w:t>[ime i prezime]                          [ime i prezime]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