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[ime i prezime / naziv]</w:t>
      </w:r>
    </w:p>
    <w:p>
      <w:r>
        <w:t>[adresa]</w:t>
      </w:r>
    </w:p>
    <w:p>
      <w:r>
        <w:t>JMBG / PIB: [__________]</w:t>
      </w:r>
    </w:p>
    <w:p/>
    <w:p>
      <w:r>
        <w:t>[ime i prezime / naziv druge strane]</w:t>
      </w:r>
    </w:p>
    <w:p>
      <w:r>
        <w:t>[adresa]</w:t>
      </w:r>
    </w:p>
    <w:p/>
    <w:p>
      <w:r>
        <w:t>U [mesto], dana __________ godine</w:t>
      </w:r>
    </w:p>
    <w:p/>
    <w:p>
      <w:r>
        <w:t>Predmet: OTKAZ UGOVORA O ZAKUPU</w:t>
      </w:r>
    </w:p>
    <w:p/>
    <w:p>
      <w:r>
        <w:t>Poštovani,</w:t>
      </w:r>
    </w:p>
    <w:p/>
    <w:p>
      <w:r>
        <w:t>Između mene kao [zakupodavca / zakupca] i Vas kao [zakupca / zakupodavca] zaključen je dana __________ godine Ugovor o zakupu [stana / poslovnog prostora] u [mesto], ul. [adresa], broj [__] (u daljem tekstu: Ugovor).</w:t>
      </w:r>
    </w:p>
    <w:p/>
    <w:p>
      <w:r>
        <w:t>Ovim putem Vam u skladu sa članom [__] Ugovora otkazujem Ugovor.</w:t>
      </w:r>
    </w:p>
    <w:p/>
    <w:p>
      <w:r>
        <w:t>[Razlog otkaza, ako se navodi: __________. Na primer: Zakupac nije platio zakupninu za period od __________ do __________ u ukupnom iznosu od __________ dinara, iako je opomenut dana __________ godine.]</w:t>
      </w:r>
    </w:p>
    <w:p/>
    <w:p>
      <w:r>
        <w:t>Otkazni rok iznosi [__] dana i počinje da teče od dana prijema ovog otkaza. Ugovor prestaje da važi dana __________ godine.</w:t>
      </w:r>
    </w:p>
    <w:p/>
    <w:p>
      <w:r>
        <w:t>Molim Vas da do tog dana [iselite i predate prostor sa svim ključevima / preuzmete prostor], izmirite sve račune za korišćenje prostora zaključno sa danom predaje i da se dogovorimo o terminu za sačinjavanje zapisnika o primopredaji. Predlažem termin __________ u [__] časova.</w:t>
      </w:r>
    </w:p>
    <w:p/>
    <w:p>
      <w:r>
        <w:t>Depozit u iznosu od [__________] biće [vraćen / obračunat] u skladu sa Ugovorom, nakon uredne primopredaje.</w:t>
      </w:r>
    </w:p>
    <w:p/>
    <w:p>
      <w:r>
        <w:t>Za kontakt: [telefon], [e-mail].</w:t>
      </w:r>
    </w:p>
    <w:p/>
    <w:p>
      <w:r>
        <w:t>S poštovanjem,</w:t>
      </w:r>
    </w:p>
    <w:p/>
    <w:p>
      <w:r>
        <w:t>__________________</w:t>
      </w:r>
    </w:p>
    <w:p>
      <w:r>
        <w:t>[ime i prezime / naziv i potpis ovlašćenog lica]</w:t>
      </w:r>
    </w:p>
    <w:p/>
    <w:p>
      <w:r>
        <w:t>Dostavljeno: preporučenom poštom sa povratnicom / lično uz potpis prijema</w:t>
      </w:r>
    </w:p>
    <w:p>
      <w:r>
        <w:t>Primio dana: __________ Potpis: __________________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