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[ime i prezime / naziv poverioca]</w:t>
      </w:r>
    </w:p>
    <w:p>
      <w:r>
        <w:t>[adresa]</w:t>
      </w:r>
    </w:p>
    <w:p>
      <w:r>
        <w:t>JMBG / PIB: [__________]</w:t>
      </w:r>
    </w:p>
    <w:p>
      <w:r>
        <w:t>Tekući račun: [__________]</w:t>
      </w:r>
    </w:p>
    <w:p/>
    <w:p>
      <w:r>
        <w:t>[ime i prezime / naziv dužnika]</w:t>
      </w:r>
    </w:p>
    <w:p>
      <w:r>
        <w:t>[adresa]</w:t>
      </w:r>
    </w:p>
    <w:p>
      <w:r>
        <w:t>JMBG / PIB: [__________]</w:t>
      </w:r>
    </w:p>
    <w:p/>
    <w:p>
      <w:r>
        <w:t>U [mesto], dana __________ godine</w:t>
      </w:r>
    </w:p>
    <w:p/>
    <w:p>
      <w:r>
        <w:t>Predmet: OPOMENA PRED TUŽBU</w:t>
      </w:r>
    </w:p>
    <w:p/>
    <w:p>
      <w:r>
        <w:t>Poštovani,</w:t>
      </w:r>
    </w:p>
    <w:p/>
    <w:p>
      <w:r>
        <w:t>Na osnovu [ugovora o __________ broj __________ od __________ godine / računa broj __________ od __________ godine / pozajmice date dana __________ godine] dugujete nam iznos od [__________] dinara (slovima: __________), koji je dospeo dana __________ godine.</w:t>
      </w:r>
    </w:p>
    <w:p/>
    <w:p>
      <w:r>
        <w:t>Do danas navedeni iznos niste platili, iako ste [usmeno / pisano dana __________] bili pozvani na plaćanje.</w:t>
      </w:r>
    </w:p>
    <w:p/>
    <w:p>
      <w:r>
        <w:t>Pozivamo Vas da u roku od [8 (osam)] dana od prijema ove opomene platite:</w:t>
      </w:r>
    </w:p>
    <w:p>
      <w:r>
        <w:t>- glavni dug u iznosu od [__________] dinara;</w:t>
      </w:r>
    </w:p>
    <w:p>
      <w:r>
        <w:t>- zakonsku zateznu kamatu od __________ godine do dana isplate;</w:t>
      </w:r>
    </w:p>
    <w:p>
      <w:r>
        <w:t>- troškove opomene u iznosu od [__________] dinara [po potrebi],</w:t>
      </w:r>
    </w:p>
    <w:p/>
    <w:p>
      <w:r>
        <w:t>na račun broj [__________], sa pozivom na broj [__________].</w:t>
      </w:r>
    </w:p>
    <w:p/>
    <w:p>
      <w:r>
        <w:t>Ako u ostavljenom roku ne platite dug, bez daljeg obaveštenja pokrenućemo [sudski postupak / izvršni postupak] radi naplate, zbog čega ćete biti izloženi dodatnim troškovima postupka, advokata i izvršitelja.</w:t>
      </w:r>
    </w:p>
    <w:p/>
    <w:p>
      <w:r>
        <w:t>Ako ste u međuvremenu dug platili, molimo Vas da nam dostavite dokaz o uplati i smatrate ovu opomenu bespredmetnom.</w:t>
      </w:r>
    </w:p>
    <w:p/>
    <w:p>
      <w:r>
        <w:t>Za dogovor o načinu plaćanja možete nas kontaktirati na [telefon], [e-mail].</w:t>
      </w:r>
    </w:p>
    <w:p/>
    <w:p>
      <w:r>
        <w:t>S poštovanjem,</w:t>
      </w:r>
    </w:p>
    <w:p/>
    <w:p>
      <w:r>
        <w:t>POVERILAC</w:t>
      </w:r>
    </w:p>
    <w:p>
      <w:r>
        <w:t>__________________</w:t>
      </w:r>
    </w:p>
    <w:p>
      <w:r>
        <w:t>[ime i prezime / naziv i potpis ovlašćenog lica]</w:t>
      </w:r>
    </w:p>
    <w:p/>
    <w:p>
      <w:r>
        <w:t>Dostavljeno: preporučenom poštom sa povratnicom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