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IZJAVA O PRIZNANJU DUGA</w:t>
      </w:r>
    </w:p>
    <w:p/>
    <w:p>
      <w:r>
        <w:t>Ja, [ime i prezime / naziv], iz [mesto], ul. [adresa], JMBG / matični broj [__________], PIB [__________], broj lične karte [__________] (u daljem tekstu: Dužnik),</w:t>
      </w:r>
    </w:p>
    <w:p/>
    <w:p>
      <w:r>
        <w:t>izjavljujem i priznajem</w:t>
      </w:r>
    </w:p>
    <w:p/>
    <w:p>
      <w:r>
        <w:t>da dugujem [ime i prezime / naziv], iz [mesto], ul. [adresa], JMBG / matični broj [__________], PIB [__________] (u daljem tekstu: Poverilac), iznos od</w:t>
      </w:r>
    </w:p>
    <w:p/>
    <w:p>
      <w:r>
        <w:t>[__________] dinara (slovima: __________),</w:t>
      </w:r>
    </w:p>
    <w:p/>
    <w:p>
      <w:r>
        <w:t>po osnovu [ugovora o __________ od __________ godine / pozajmice primljene dana __________ godine / neplaćenih računa broj __________], sa stanjem na dan __________ godine.</w:t>
      </w:r>
    </w:p>
    <w:p/>
    <w:p>
      <w:r>
        <w:t>Dug ću platiti [jednokratno najkasnije do __________ godine / u __ mesečnih rata od po __________ dinara, koje dospevaju svakog __. dana u mesecu, počev od __________ godine], uplatom na račun Poverioca broj [__________].</w:t>
      </w:r>
    </w:p>
    <w:p/>
    <w:p>
      <w:r>
        <w:t>Ako zakasnim sa plaćanjem, dugujem i zakonsku zateznu kamatu od dana dospelosti do dana isplate. [Ako zakasnim sa plaćanjem bilo koje rate duže od __ dana, dospeva ceo preostali iznos duga.]</w:t>
      </w:r>
    </w:p>
    <w:p/>
    <w:p>
      <w:r>
        <w:t>Upoznat/a sam da ova izjava prekida zastarelost potraživanja Poverioca.</w:t>
      </w:r>
    </w:p>
    <w:p/>
    <w:p>
      <w:r>
        <w:t>[Saglasan/na sam da Poverilac, ako dug ne platim o dospelosti, na osnovu ove izjave neposredno zahteva prinudno izvršenje.]</w:t>
      </w:r>
    </w:p>
    <w:p/>
    <w:p>
      <w:r>
        <w:t>Izjavu dajem slobodnom voljom, pri punoj svesti.</w:t>
      </w:r>
    </w:p>
    <w:p/>
    <w:p>
      <w:r>
        <w:t>U [mesto], dana __________ godine</w:t>
      </w:r>
    </w:p>
    <w:p/>
    <w:p>
      <w:r>
        <w:t>DUŽNIK</w:t>
      </w:r>
    </w:p>
    <w:p>
      <w:r>
        <w:t>__________________</w:t>
      </w:r>
    </w:p>
    <w:p>
      <w:r>
        <w:t>[ime i prezime / naziv i potpis ovlašćenog lica]</w:t>
      </w:r>
    </w:p>
    <w:p/>
    <w:p>
      <w:r>
        <w:t>[Prostor za overu potpisa kod javnog beležnika]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