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[Javnom beležniku __________, kao povereniku Osnovnog suda u __________ /</w:t>
      </w:r>
    </w:p>
    <w:p>
      <w:r>
        <w:t>Osnovnom sudu u __________]</w:t>
      </w:r>
    </w:p>
    <w:p/>
    <w:p>
      <w:r>
        <w:t>Broj predmeta: [O. __________ / UPP __________]</w:t>
      </w:r>
    </w:p>
    <w:p/>
    <w:p>
      <w:r>
        <w:t>Ostavilac: [ime i prezime], JMBG [__________], umro/la dana __________ godine u [mesto], sa poslednjim prebivalištem u [mesto], ul. [adresa].</w:t>
      </w:r>
    </w:p>
    <w:p/>
    <w:p>
      <w:r>
        <w:t>IZJAVA O ODRICANJU OD NASLEĐA</w:t>
      </w:r>
    </w:p>
    <w:p/>
    <w:p>
      <w:r>
        <w:t>Ja, [ime i prezime], rođen/a __________ godine, JMBG [__________], broj lične karte / pasoša [__________], sa prebivalištem u [mesto, država], ul. [adresa], [srodstvo sa ostaviocem: sin / ćerka / supružnik / __________],</w:t>
      </w:r>
    </w:p>
    <w:p/>
    <w:p>
      <w:r>
        <w:t>izjavljujem da se</w:t>
      </w:r>
    </w:p>
    <w:p/>
    <w:p>
      <w:r>
        <w:t>ODRIČEM NASLEĐA</w:t>
      </w:r>
    </w:p>
    <w:p/>
    <w:p>
      <w:r>
        <w:t>iza pokojnog/e [ime i prezime ostavioca], i to u celosti, u odnosu na celokupnu zaostavštinu.</w:t>
      </w:r>
    </w:p>
    <w:p/>
    <w:p>
      <w:r>
        <w:t>Ovu izjavu dajem [samo u svoje ime / u svoje ime i u ime svojih potomaka].</w:t>
      </w:r>
    </w:p>
    <w:p/>
    <w:p>
      <w:r>
        <w:t>Upoznat/a sam da je izjava o odricanju od nasleđa neopoziva, da se ne može dati delimično niti pod uslovom, i da se ovim odricanjem smatra da nikada nisam bio/la naslednik ostavioca.</w:t>
      </w:r>
    </w:p>
    <w:p/>
    <w:p>
      <w:r>
        <w:t>Izjavu dajem slobodnom voljom, pri punoj svesti, bez ičijeg pritiska.</w:t>
      </w:r>
    </w:p>
    <w:p/>
    <w:p>
      <w:r>
        <w:t>U [mesto], dana __________ godine</w:t>
      </w:r>
    </w:p>
    <w:p/>
    <w:p>
      <w:r>
        <w:t>IZJAVILAC</w:t>
      </w:r>
    </w:p>
    <w:p>
      <w:r>
        <w:t>__________________</w:t>
      </w:r>
    </w:p>
    <w:p>
      <w:r>
        <w:t>[ime i prezime]</w:t>
      </w:r>
    </w:p>
    <w:p/>
    <w:p>
      <w:r>
        <w:t>[Prostor za overu potpisa kod javnog beležnika / u diplomatsko-konzularnom predstavništvu Republike Srbije / kod stranog notara uz apostil]</w:t>
      </w:r>
    </w:p>
    <w:p/>
    <w:p>
      <w:r>
        <w:t>NAPOMENA: Najsigurnije je da se izjava da neposredno na ročištu u ostavinskom postupku, na zapisnik kod javnog beležnika ili suda. Pisana izjava sa overenim potpisom koristi se kada naslednik ne može da dođe na ročište.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